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53B25" w14:textId="6C23EFF0" w:rsidR="009C76D8" w:rsidRDefault="00000000">
      <w:pPr>
        <w:spacing w:after="40"/>
        <w:jc w:val="center"/>
        <w:rPr>
          <w:rFonts w:ascii="Aptos Display" w:hAnsi="Aptos Display"/>
          <w:b/>
          <w:color w:val="1F4E79"/>
          <w:sz w:val="40"/>
        </w:rPr>
      </w:pPr>
      <w:r>
        <w:rPr>
          <w:rFonts w:ascii="Aptos Display" w:hAnsi="Aptos Display"/>
          <w:b/>
          <w:color w:val="1F4E79"/>
          <w:sz w:val="40"/>
        </w:rPr>
        <w:t>DEMANDE DE MATÉRIEL</w:t>
      </w:r>
      <w:r w:rsidR="00951647">
        <w:rPr>
          <w:rFonts w:ascii="Aptos Display" w:hAnsi="Aptos Display"/>
          <w:b/>
          <w:color w:val="1F4E79"/>
          <w:sz w:val="40"/>
        </w:rPr>
        <w:t xml:space="preserve"> 2026</w:t>
      </w:r>
    </w:p>
    <w:p w14:paraId="7040E45A" w14:textId="77777777" w:rsidR="00951647" w:rsidRDefault="00951647">
      <w:pPr>
        <w:spacing w:after="40"/>
        <w:jc w:val="center"/>
      </w:pPr>
    </w:p>
    <w:p w14:paraId="3C35226A" w14:textId="77777777" w:rsidR="009C76D8" w:rsidRDefault="00000000">
      <w:pPr>
        <w:spacing w:before="40" w:after="80"/>
      </w:pPr>
      <w:r>
        <w:rPr>
          <w:b/>
          <w:color w:val="1F4E79"/>
          <w:sz w:val="20"/>
        </w:rPr>
        <w:t>▌ 1. INFORMATIONS SUR LA MANIFESTATION</w:t>
      </w:r>
    </w:p>
    <w:tbl>
      <w:tblPr>
        <w:tblW w:w="0" w:type="auto"/>
        <w:jc w:val="center"/>
        <w:tblBorders>
          <w:top w:val="single" w:sz="5" w:space="0" w:color="D7E0EA"/>
          <w:left w:val="single" w:sz="5" w:space="0" w:color="D7E0EA"/>
          <w:bottom w:val="single" w:sz="5" w:space="0" w:color="D7E0EA"/>
          <w:right w:val="single" w:sz="5" w:space="0" w:color="D7E0EA"/>
          <w:insideH w:val="single" w:sz="5" w:space="0" w:color="D7E0EA"/>
          <w:insideV w:val="single" w:sz="5" w:space="0" w:color="D7E0EA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515"/>
        <w:gridCol w:w="1701"/>
        <w:gridCol w:w="3515"/>
      </w:tblGrid>
      <w:tr w:rsidR="009C76D8" w14:paraId="10554057" w14:textId="77777777">
        <w:trPr>
          <w:jc w:val="center"/>
        </w:trPr>
        <w:tc>
          <w:tcPr>
            <w:tcW w:w="1701" w:type="dxa"/>
            <w:shd w:val="clear" w:color="auto" w:fill="EAF1F8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D761B97" w14:textId="77777777" w:rsidR="009C76D8" w:rsidRDefault="00000000">
            <w:pPr>
              <w:spacing w:after="0"/>
            </w:pPr>
            <w:r>
              <w:rPr>
                <w:b/>
                <w:color w:val="334155"/>
                <w:sz w:val="17"/>
              </w:rPr>
              <w:t>Association</w:t>
            </w:r>
          </w:p>
        </w:tc>
        <w:tc>
          <w:tcPr>
            <w:tcW w:w="351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70D5CF4" w14:textId="04853BFF" w:rsidR="009C76D8" w:rsidRDefault="009C76D8">
            <w:pPr>
              <w:spacing w:after="0"/>
            </w:pPr>
          </w:p>
        </w:tc>
        <w:tc>
          <w:tcPr>
            <w:tcW w:w="1701" w:type="dxa"/>
            <w:shd w:val="clear" w:color="auto" w:fill="EAF1F8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6B3C219" w14:textId="77777777" w:rsidR="009C76D8" w:rsidRDefault="00000000">
            <w:pPr>
              <w:spacing w:after="0"/>
            </w:pPr>
            <w:r>
              <w:rPr>
                <w:b/>
                <w:color w:val="334155"/>
                <w:sz w:val="17"/>
              </w:rPr>
              <w:t>Contact</w:t>
            </w:r>
          </w:p>
        </w:tc>
        <w:tc>
          <w:tcPr>
            <w:tcW w:w="351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92A2188" w14:textId="71621785" w:rsidR="009C76D8" w:rsidRDefault="009C76D8">
            <w:pPr>
              <w:spacing w:after="0"/>
            </w:pPr>
          </w:p>
        </w:tc>
      </w:tr>
      <w:tr w:rsidR="009C76D8" w14:paraId="5685854C" w14:textId="77777777">
        <w:trPr>
          <w:jc w:val="center"/>
        </w:trPr>
        <w:tc>
          <w:tcPr>
            <w:tcW w:w="1701" w:type="dxa"/>
            <w:shd w:val="clear" w:color="auto" w:fill="EAF1F8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1920C98" w14:textId="77777777" w:rsidR="009C76D8" w:rsidRDefault="00000000">
            <w:pPr>
              <w:spacing w:after="0"/>
            </w:pPr>
            <w:r>
              <w:rPr>
                <w:b/>
                <w:color w:val="334155"/>
                <w:sz w:val="17"/>
              </w:rPr>
              <w:t>Nom de la manifestation</w:t>
            </w:r>
          </w:p>
        </w:tc>
        <w:tc>
          <w:tcPr>
            <w:tcW w:w="351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AF9E588" w14:textId="065B5D50" w:rsidR="009C76D8" w:rsidRDefault="009C76D8">
            <w:pPr>
              <w:spacing w:after="0"/>
            </w:pPr>
          </w:p>
        </w:tc>
        <w:tc>
          <w:tcPr>
            <w:tcW w:w="1701" w:type="dxa"/>
            <w:shd w:val="clear" w:color="auto" w:fill="EAF1F8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FE762BA" w14:textId="4030CD85" w:rsidR="009C76D8" w:rsidRDefault="00951647">
            <w:pPr>
              <w:spacing w:after="0"/>
            </w:pPr>
            <w:r>
              <w:rPr>
                <w:b/>
                <w:color w:val="334155"/>
                <w:sz w:val="17"/>
              </w:rPr>
              <w:t xml:space="preserve">Date </w:t>
            </w:r>
            <w:proofErr w:type="spellStart"/>
            <w:r>
              <w:rPr>
                <w:b/>
                <w:color w:val="334155"/>
                <w:sz w:val="17"/>
              </w:rPr>
              <w:t>d’enregistrement</w:t>
            </w:r>
            <w:proofErr w:type="spellEnd"/>
          </w:p>
        </w:tc>
        <w:tc>
          <w:tcPr>
            <w:tcW w:w="351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AC36EFC" w14:textId="5B2D2C98" w:rsidR="009C76D8" w:rsidRDefault="009C76D8">
            <w:pPr>
              <w:spacing w:after="0"/>
            </w:pPr>
          </w:p>
        </w:tc>
      </w:tr>
      <w:tr w:rsidR="009C76D8" w14:paraId="3472F93F" w14:textId="77777777">
        <w:trPr>
          <w:jc w:val="center"/>
        </w:trPr>
        <w:tc>
          <w:tcPr>
            <w:tcW w:w="1701" w:type="dxa"/>
            <w:shd w:val="clear" w:color="auto" w:fill="EAF1F8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B57A6F3" w14:textId="77777777" w:rsidR="009C76D8" w:rsidRDefault="00000000">
            <w:pPr>
              <w:spacing w:after="0"/>
            </w:pPr>
            <w:r>
              <w:rPr>
                <w:b/>
                <w:color w:val="334155"/>
                <w:sz w:val="17"/>
              </w:rPr>
              <w:t>Lieu</w:t>
            </w:r>
          </w:p>
        </w:tc>
        <w:tc>
          <w:tcPr>
            <w:tcW w:w="351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CAC9929" w14:textId="7A1777F6" w:rsidR="009C76D8" w:rsidRDefault="009C76D8">
            <w:pPr>
              <w:spacing w:after="0"/>
            </w:pPr>
          </w:p>
        </w:tc>
        <w:tc>
          <w:tcPr>
            <w:tcW w:w="1701" w:type="dxa"/>
            <w:shd w:val="clear" w:color="auto" w:fill="EAF1F8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47C8E6B" w14:textId="7B65F986" w:rsidR="009C76D8" w:rsidRDefault="00000000">
            <w:pPr>
              <w:spacing w:after="0"/>
            </w:pPr>
            <w:r>
              <w:rPr>
                <w:b/>
                <w:color w:val="334155"/>
                <w:sz w:val="17"/>
              </w:rPr>
              <w:t xml:space="preserve">Date </w:t>
            </w:r>
            <w:r w:rsidR="00951647">
              <w:rPr>
                <w:b/>
                <w:color w:val="334155"/>
                <w:sz w:val="17"/>
              </w:rPr>
              <w:t>de la manifestation</w:t>
            </w:r>
          </w:p>
        </w:tc>
        <w:tc>
          <w:tcPr>
            <w:tcW w:w="351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9704E28" w14:textId="6F14B6FB" w:rsidR="009C76D8" w:rsidRDefault="009C76D8">
            <w:pPr>
              <w:spacing w:after="0"/>
            </w:pPr>
          </w:p>
        </w:tc>
      </w:tr>
    </w:tbl>
    <w:p w14:paraId="39D0BFE0" w14:textId="77777777" w:rsidR="009C76D8" w:rsidRDefault="00000000">
      <w:pPr>
        <w:spacing w:before="140" w:after="80"/>
      </w:pPr>
      <w:r>
        <w:rPr>
          <w:b/>
          <w:color w:val="1F4E79"/>
          <w:sz w:val="20"/>
        </w:rPr>
        <w:t>▌ 2. BESOIN EN MATÉRIEL</w:t>
      </w:r>
    </w:p>
    <w:tbl>
      <w:tblPr>
        <w:tblW w:w="0" w:type="auto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108"/>
        <w:gridCol w:w="5754"/>
      </w:tblGrid>
      <w:tr w:rsidR="00951647" w14:paraId="36C861B8" w14:textId="77777777" w:rsidTr="00951647">
        <w:trPr>
          <w:tblHeader/>
        </w:trPr>
        <w:tc>
          <w:tcPr>
            <w:tcW w:w="2835" w:type="dxa"/>
            <w:shd w:val="clear" w:color="auto" w:fill="1F4E79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185DD3FC" w14:textId="77777777" w:rsidR="00951647" w:rsidRDefault="00951647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MATÉRIEL</w:t>
            </w:r>
          </w:p>
        </w:tc>
        <w:tc>
          <w:tcPr>
            <w:tcW w:w="2108" w:type="dxa"/>
            <w:shd w:val="clear" w:color="auto" w:fill="1F4E79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51F0EAA3" w14:textId="77777777" w:rsidR="00951647" w:rsidRDefault="00951647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QTÉ DEMANDÉE</w:t>
            </w:r>
          </w:p>
        </w:tc>
        <w:tc>
          <w:tcPr>
            <w:tcW w:w="5754" w:type="dxa"/>
            <w:shd w:val="clear" w:color="auto" w:fill="1F4E79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4BA29203" w14:textId="77777777" w:rsidR="00951647" w:rsidRDefault="00951647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REMARQUES</w:t>
            </w:r>
          </w:p>
        </w:tc>
      </w:tr>
      <w:tr w:rsidR="00951647" w14:paraId="5956FBBA" w14:textId="77777777" w:rsidTr="00951647">
        <w:tc>
          <w:tcPr>
            <w:tcW w:w="2835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4059A783" w14:textId="77777777" w:rsidR="00951647" w:rsidRDefault="00951647">
            <w:pPr>
              <w:spacing w:after="0"/>
            </w:pPr>
            <w:r>
              <w:rPr>
                <w:color w:val="1F2937"/>
                <w:sz w:val="15"/>
              </w:rPr>
              <w:t>Tables</w:t>
            </w:r>
          </w:p>
        </w:tc>
        <w:tc>
          <w:tcPr>
            <w:tcW w:w="2108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1517FB73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71F4D9DE" w14:textId="77777777" w:rsidR="00951647" w:rsidRDefault="00951647">
            <w:pPr>
              <w:spacing w:after="0"/>
            </w:pPr>
          </w:p>
        </w:tc>
      </w:tr>
      <w:tr w:rsidR="00951647" w14:paraId="52683359" w14:textId="77777777" w:rsidTr="00951647">
        <w:tc>
          <w:tcPr>
            <w:tcW w:w="2835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790405EE" w14:textId="77777777" w:rsidR="00951647" w:rsidRDefault="00951647">
            <w:pPr>
              <w:spacing w:after="0"/>
            </w:pPr>
            <w:r>
              <w:rPr>
                <w:color w:val="1F2937"/>
                <w:sz w:val="15"/>
              </w:rPr>
              <w:t>Chaises</w:t>
            </w:r>
          </w:p>
        </w:tc>
        <w:tc>
          <w:tcPr>
            <w:tcW w:w="2108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6831853C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4C32C2CE" w14:textId="77777777" w:rsidR="00951647" w:rsidRDefault="00951647">
            <w:pPr>
              <w:spacing w:after="0"/>
            </w:pPr>
          </w:p>
        </w:tc>
      </w:tr>
      <w:tr w:rsidR="00951647" w14:paraId="156F67EE" w14:textId="77777777" w:rsidTr="00951647">
        <w:tc>
          <w:tcPr>
            <w:tcW w:w="2835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0286C75C" w14:textId="77777777" w:rsidR="00951647" w:rsidRDefault="00951647">
            <w:pPr>
              <w:spacing w:after="0"/>
            </w:pPr>
            <w:r>
              <w:rPr>
                <w:color w:val="1F2937"/>
                <w:sz w:val="15"/>
              </w:rPr>
              <w:t>Bancs</w:t>
            </w:r>
          </w:p>
        </w:tc>
        <w:tc>
          <w:tcPr>
            <w:tcW w:w="2108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81332CE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1AAA619C" w14:textId="77777777" w:rsidR="00951647" w:rsidRDefault="00951647">
            <w:pPr>
              <w:spacing w:after="0"/>
            </w:pPr>
          </w:p>
        </w:tc>
      </w:tr>
      <w:tr w:rsidR="00951647" w14:paraId="524F541D" w14:textId="77777777" w:rsidTr="00951647">
        <w:tc>
          <w:tcPr>
            <w:tcW w:w="2835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6DF2C929" w14:textId="77777777" w:rsidR="00951647" w:rsidRDefault="00951647">
            <w:pPr>
              <w:spacing w:after="0"/>
            </w:pPr>
            <w:proofErr w:type="spellStart"/>
            <w:r>
              <w:rPr>
                <w:color w:val="1F2937"/>
                <w:sz w:val="15"/>
              </w:rPr>
              <w:t>Barrières</w:t>
            </w:r>
            <w:proofErr w:type="spellEnd"/>
          </w:p>
        </w:tc>
        <w:tc>
          <w:tcPr>
            <w:tcW w:w="2108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4DB0BF0F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2A8BDAA2" w14:textId="77777777" w:rsidR="00951647" w:rsidRDefault="00951647">
            <w:pPr>
              <w:spacing w:after="0"/>
            </w:pPr>
          </w:p>
        </w:tc>
      </w:tr>
      <w:tr w:rsidR="00951647" w14:paraId="4D412E78" w14:textId="77777777" w:rsidTr="00951647">
        <w:tc>
          <w:tcPr>
            <w:tcW w:w="2835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485ABF84" w14:textId="77777777" w:rsidR="00951647" w:rsidRDefault="00951647">
            <w:pPr>
              <w:spacing w:after="0"/>
            </w:pPr>
            <w:proofErr w:type="spellStart"/>
            <w:r>
              <w:rPr>
                <w:color w:val="1F2937"/>
                <w:sz w:val="15"/>
              </w:rPr>
              <w:t>Tentes</w:t>
            </w:r>
            <w:proofErr w:type="spellEnd"/>
          </w:p>
        </w:tc>
        <w:tc>
          <w:tcPr>
            <w:tcW w:w="2108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1CE114EA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66A7617" w14:textId="77777777" w:rsidR="00951647" w:rsidRDefault="00951647">
            <w:pPr>
              <w:spacing w:after="0"/>
            </w:pPr>
          </w:p>
        </w:tc>
      </w:tr>
      <w:tr w:rsidR="00951647" w14:paraId="27B3CC36" w14:textId="77777777" w:rsidTr="00951647">
        <w:tc>
          <w:tcPr>
            <w:tcW w:w="2835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8A08177" w14:textId="77777777" w:rsidR="00951647" w:rsidRDefault="00951647">
            <w:pPr>
              <w:spacing w:after="0"/>
            </w:pPr>
            <w:proofErr w:type="spellStart"/>
            <w:r>
              <w:rPr>
                <w:color w:val="1F2937"/>
                <w:sz w:val="15"/>
              </w:rPr>
              <w:t>Éclairage</w:t>
            </w:r>
            <w:proofErr w:type="spellEnd"/>
            <w:r>
              <w:rPr>
                <w:color w:val="1F2937"/>
                <w:sz w:val="15"/>
              </w:rPr>
              <w:t xml:space="preserve"> </w:t>
            </w:r>
            <w:proofErr w:type="spellStart"/>
            <w:r>
              <w:rPr>
                <w:color w:val="1F2937"/>
                <w:sz w:val="15"/>
              </w:rPr>
              <w:t>tentes</w:t>
            </w:r>
            <w:proofErr w:type="spellEnd"/>
          </w:p>
        </w:tc>
        <w:tc>
          <w:tcPr>
            <w:tcW w:w="2108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B0EF691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2F4FE93E" w14:textId="77777777" w:rsidR="00951647" w:rsidRDefault="00951647">
            <w:pPr>
              <w:spacing w:after="0"/>
            </w:pPr>
          </w:p>
        </w:tc>
      </w:tr>
      <w:tr w:rsidR="00951647" w14:paraId="1E62C833" w14:textId="77777777" w:rsidTr="00951647">
        <w:tc>
          <w:tcPr>
            <w:tcW w:w="2835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37AE018B" w14:textId="77777777" w:rsidR="00951647" w:rsidRDefault="00951647">
            <w:pPr>
              <w:spacing w:after="0"/>
            </w:pPr>
            <w:r>
              <w:rPr>
                <w:color w:val="1F2937"/>
                <w:sz w:val="15"/>
              </w:rPr>
              <w:t xml:space="preserve">Coffrets </w:t>
            </w:r>
            <w:proofErr w:type="spellStart"/>
            <w:r>
              <w:rPr>
                <w:color w:val="1F2937"/>
                <w:sz w:val="15"/>
              </w:rPr>
              <w:t>électriques</w:t>
            </w:r>
            <w:proofErr w:type="spellEnd"/>
            <w:r>
              <w:rPr>
                <w:color w:val="1F2937"/>
                <w:sz w:val="15"/>
              </w:rPr>
              <w:t xml:space="preserve"> </w:t>
            </w:r>
            <w:proofErr w:type="spellStart"/>
            <w:r>
              <w:rPr>
                <w:color w:val="1F2937"/>
                <w:sz w:val="15"/>
              </w:rPr>
              <w:t>tentes</w:t>
            </w:r>
            <w:proofErr w:type="spellEnd"/>
          </w:p>
        </w:tc>
        <w:tc>
          <w:tcPr>
            <w:tcW w:w="2108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62FBBA1F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60119A8C" w14:textId="77777777" w:rsidR="00951647" w:rsidRDefault="00951647">
            <w:pPr>
              <w:spacing w:after="0"/>
            </w:pPr>
          </w:p>
        </w:tc>
      </w:tr>
      <w:tr w:rsidR="00951647" w14:paraId="5B55708F" w14:textId="77777777" w:rsidTr="00951647">
        <w:tc>
          <w:tcPr>
            <w:tcW w:w="283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0798AC86" w14:textId="77777777" w:rsidR="00951647" w:rsidRPr="00951647" w:rsidRDefault="00951647" w:rsidP="00BC4953">
            <w:pPr>
              <w:spacing w:after="0"/>
              <w:rPr>
                <w:color w:val="1F2937"/>
                <w:sz w:val="15"/>
              </w:rPr>
            </w:pPr>
            <w:r w:rsidRPr="00951647">
              <w:rPr>
                <w:color w:val="1F2937"/>
                <w:sz w:val="15"/>
              </w:rPr>
              <w:t xml:space="preserve">Armoires </w:t>
            </w:r>
            <w:proofErr w:type="spellStart"/>
            <w:r w:rsidRPr="00951647">
              <w:rPr>
                <w:color w:val="1F2937"/>
                <w:sz w:val="15"/>
              </w:rPr>
              <w:t>électriques</w:t>
            </w:r>
            <w:proofErr w:type="spellEnd"/>
          </w:p>
        </w:tc>
        <w:tc>
          <w:tcPr>
            <w:tcW w:w="210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46FB0BF" w14:textId="77777777" w:rsidR="00951647" w:rsidRDefault="00951647" w:rsidP="00BC4953">
            <w:pPr>
              <w:spacing w:after="0"/>
              <w:jc w:val="center"/>
            </w:pPr>
          </w:p>
        </w:tc>
        <w:tc>
          <w:tcPr>
            <w:tcW w:w="5754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34166CB7" w14:textId="77777777" w:rsidR="00951647" w:rsidRDefault="00951647" w:rsidP="00BC4953">
            <w:pPr>
              <w:spacing w:after="0"/>
            </w:pPr>
          </w:p>
        </w:tc>
      </w:tr>
      <w:tr w:rsidR="00951647" w14:paraId="0E62BF30" w14:textId="77777777" w:rsidTr="00951647">
        <w:tc>
          <w:tcPr>
            <w:tcW w:w="2835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4BEE1E63" w14:textId="3B2F9CF3" w:rsidR="00951647" w:rsidRDefault="00951647">
            <w:pPr>
              <w:spacing w:after="0"/>
              <w:rPr>
                <w:color w:val="1F2937"/>
                <w:sz w:val="15"/>
              </w:rPr>
            </w:pPr>
            <w:r>
              <w:rPr>
                <w:color w:val="1F2937"/>
                <w:sz w:val="15"/>
              </w:rPr>
              <w:t>Ballon EC</w:t>
            </w:r>
          </w:p>
        </w:tc>
        <w:tc>
          <w:tcPr>
            <w:tcW w:w="2108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D2487F0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0D6247A2" w14:textId="77777777" w:rsidR="00951647" w:rsidRDefault="00951647">
            <w:pPr>
              <w:spacing w:after="0"/>
            </w:pPr>
          </w:p>
        </w:tc>
      </w:tr>
      <w:tr w:rsidR="00951647" w14:paraId="3764E1B5" w14:textId="77777777" w:rsidTr="00951647">
        <w:tc>
          <w:tcPr>
            <w:tcW w:w="2835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3515398D" w14:textId="77777777" w:rsidR="00951647" w:rsidRPr="00951647" w:rsidRDefault="00951647" w:rsidP="00951647">
            <w:pPr>
              <w:spacing w:after="0"/>
              <w:rPr>
                <w:bCs/>
              </w:rPr>
            </w:pPr>
            <w:r w:rsidRPr="00951647">
              <w:rPr>
                <w:bCs/>
                <w:color w:val="1F2937"/>
                <w:sz w:val="15"/>
              </w:rPr>
              <w:t>Podium</w:t>
            </w:r>
          </w:p>
        </w:tc>
        <w:tc>
          <w:tcPr>
            <w:tcW w:w="2108" w:type="dxa"/>
            <w:shd w:val="clear" w:color="auto" w:fill="EAF1F8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62709B96" w14:textId="783AF725" w:rsidR="00951647" w:rsidRDefault="00951647" w:rsidP="00951647">
            <w:pPr>
              <w:spacing w:after="0"/>
              <w:jc w:val="center"/>
            </w:pPr>
          </w:p>
        </w:tc>
        <w:tc>
          <w:tcPr>
            <w:tcW w:w="5754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47DAFE91" w14:textId="77777777" w:rsidR="00951647" w:rsidRDefault="00951647" w:rsidP="00951647">
            <w:pPr>
              <w:spacing w:after="0"/>
            </w:pPr>
          </w:p>
        </w:tc>
      </w:tr>
      <w:tr w:rsidR="00951647" w14:paraId="6493ADF6" w14:textId="77777777" w:rsidTr="00951647">
        <w:tc>
          <w:tcPr>
            <w:tcW w:w="2835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3433BF36" w14:textId="77777777" w:rsidR="00951647" w:rsidRPr="00951647" w:rsidRDefault="00951647">
            <w:pPr>
              <w:spacing w:after="0"/>
              <w:rPr>
                <w:bCs/>
              </w:rPr>
            </w:pPr>
            <w:r w:rsidRPr="00951647">
              <w:rPr>
                <w:bCs/>
                <w:color w:val="1F2937"/>
                <w:sz w:val="15"/>
              </w:rPr>
              <w:t>Grilles d’exposition</w:t>
            </w:r>
          </w:p>
        </w:tc>
        <w:tc>
          <w:tcPr>
            <w:tcW w:w="2108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3D46B3A5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66444839" w14:textId="77777777" w:rsidR="00951647" w:rsidRDefault="00951647">
            <w:pPr>
              <w:spacing w:after="0"/>
            </w:pPr>
          </w:p>
        </w:tc>
      </w:tr>
      <w:tr w:rsidR="00951647" w14:paraId="55A44DC7" w14:textId="77777777" w:rsidTr="00951647">
        <w:tc>
          <w:tcPr>
            <w:tcW w:w="2835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BF2A470" w14:textId="77777777" w:rsidR="00951647" w:rsidRPr="00951647" w:rsidRDefault="00951647">
            <w:pPr>
              <w:spacing w:after="0"/>
              <w:rPr>
                <w:bCs/>
              </w:rPr>
            </w:pPr>
            <w:proofErr w:type="spellStart"/>
            <w:r w:rsidRPr="00951647">
              <w:rPr>
                <w:bCs/>
                <w:color w:val="1F2937"/>
                <w:sz w:val="15"/>
              </w:rPr>
              <w:t>Panneaux</w:t>
            </w:r>
            <w:proofErr w:type="spellEnd"/>
            <w:r w:rsidRPr="00951647">
              <w:rPr>
                <w:bCs/>
                <w:color w:val="1F2937"/>
                <w:sz w:val="15"/>
              </w:rPr>
              <w:t xml:space="preserve"> de </w:t>
            </w:r>
            <w:proofErr w:type="spellStart"/>
            <w:r w:rsidRPr="00951647">
              <w:rPr>
                <w:bCs/>
                <w:color w:val="1F2937"/>
                <w:sz w:val="15"/>
              </w:rPr>
              <w:t>signalisation</w:t>
            </w:r>
            <w:proofErr w:type="spellEnd"/>
            <w:r w:rsidRPr="00951647">
              <w:rPr>
                <w:bCs/>
                <w:color w:val="1F2937"/>
                <w:sz w:val="15"/>
              </w:rPr>
              <w:t xml:space="preserve"> </w:t>
            </w:r>
            <w:proofErr w:type="spellStart"/>
            <w:r w:rsidRPr="00951647">
              <w:rPr>
                <w:bCs/>
                <w:color w:val="1F2937"/>
                <w:sz w:val="15"/>
              </w:rPr>
              <w:t>routière</w:t>
            </w:r>
            <w:proofErr w:type="spellEnd"/>
          </w:p>
        </w:tc>
        <w:tc>
          <w:tcPr>
            <w:tcW w:w="2108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0F0E421C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0AAE23E9" w14:textId="77777777" w:rsidR="00951647" w:rsidRDefault="00951647">
            <w:pPr>
              <w:spacing w:after="0"/>
            </w:pPr>
          </w:p>
        </w:tc>
      </w:tr>
      <w:tr w:rsidR="00951647" w14:paraId="38A3F82D" w14:textId="77777777" w:rsidTr="00951647">
        <w:tc>
          <w:tcPr>
            <w:tcW w:w="2835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0DB06E9B" w14:textId="0751A464" w:rsidR="00951647" w:rsidRPr="00951647" w:rsidRDefault="00951647">
            <w:pPr>
              <w:spacing w:after="0"/>
              <w:rPr>
                <w:bCs/>
              </w:rPr>
            </w:pPr>
            <w:r w:rsidRPr="00951647">
              <w:rPr>
                <w:bCs/>
                <w:color w:val="1F2937"/>
                <w:sz w:val="15"/>
              </w:rPr>
              <w:t>Sono</w:t>
            </w:r>
            <w:r>
              <w:rPr>
                <w:bCs/>
                <w:color w:val="1F2937"/>
                <w:sz w:val="15"/>
              </w:rPr>
              <w:t xml:space="preserve"> portable</w:t>
            </w:r>
          </w:p>
        </w:tc>
        <w:tc>
          <w:tcPr>
            <w:tcW w:w="2108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F5BE51A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0392FA96" w14:textId="77777777" w:rsidR="00951647" w:rsidRDefault="00951647">
            <w:pPr>
              <w:spacing w:after="0"/>
            </w:pPr>
          </w:p>
        </w:tc>
      </w:tr>
      <w:tr w:rsidR="00951647" w14:paraId="0F3A7767" w14:textId="77777777" w:rsidTr="00951647">
        <w:tc>
          <w:tcPr>
            <w:tcW w:w="2835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0574AC38" w14:textId="77777777" w:rsidR="00951647" w:rsidRPr="00951647" w:rsidRDefault="00951647">
            <w:pPr>
              <w:spacing w:after="0"/>
              <w:rPr>
                <w:bCs/>
              </w:rPr>
            </w:pPr>
            <w:r w:rsidRPr="00951647">
              <w:rPr>
                <w:bCs/>
                <w:color w:val="1F2937"/>
                <w:sz w:val="15"/>
              </w:rPr>
              <w:t>Remorque de barrières (38)</w:t>
            </w:r>
          </w:p>
        </w:tc>
        <w:tc>
          <w:tcPr>
            <w:tcW w:w="2108" w:type="dxa"/>
            <w:shd w:val="clear" w:color="auto" w:fill="EAF1F8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3C2665B" w14:textId="09284898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462EDF54" w14:textId="77777777" w:rsidR="00951647" w:rsidRDefault="00951647">
            <w:pPr>
              <w:spacing w:after="0"/>
            </w:pPr>
          </w:p>
        </w:tc>
      </w:tr>
      <w:tr w:rsidR="00951647" w14:paraId="0EE9C47A" w14:textId="77777777" w:rsidTr="00951647">
        <w:tc>
          <w:tcPr>
            <w:tcW w:w="2835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10374BF" w14:textId="77777777" w:rsidR="00951647" w:rsidRDefault="00951647">
            <w:pPr>
              <w:spacing w:after="0"/>
            </w:pPr>
            <w:r>
              <w:rPr>
                <w:color w:val="1F2937"/>
                <w:sz w:val="15"/>
              </w:rPr>
              <w:t>Autre</w:t>
            </w:r>
          </w:p>
        </w:tc>
        <w:tc>
          <w:tcPr>
            <w:tcW w:w="2108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568A7F53" w14:textId="77777777" w:rsidR="00951647" w:rsidRDefault="00951647">
            <w:pPr>
              <w:spacing w:after="0"/>
              <w:jc w:val="center"/>
            </w:pPr>
          </w:p>
        </w:tc>
        <w:tc>
          <w:tcPr>
            <w:tcW w:w="5754" w:type="dxa"/>
            <w:shd w:val="clear" w:color="auto" w:fill="F8FAFC"/>
            <w:tcMar>
              <w:top w:w="48" w:type="dxa"/>
              <w:left w:w="65" w:type="dxa"/>
              <w:bottom w:w="48" w:type="dxa"/>
              <w:right w:w="65" w:type="dxa"/>
            </w:tcMar>
            <w:vAlign w:val="center"/>
          </w:tcPr>
          <w:p w14:paraId="2B9BB133" w14:textId="77777777" w:rsidR="00951647" w:rsidRDefault="00951647">
            <w:pPr>
              <w:spacing w:after="0"/>
            </w:pPr>
          </w:p>
        </w:tc>
      </w:tr>
    </w:tbl>
    <w:p w14:paraId="392332B8" w14:textId="77777777" w:rsidR="009C76D8" w:rsidRDefault="00000000">
      <w:pPr>
        <w:spacing w:before="140" w:after="80"/>
      </w:pPr>
      <w:r>
        <w:rPr>
          <w:b/>
          <w:color w:val="1F4E79"/>
          <w:sz w:val="20"/>
        </w:rPr>
        <w:t>▌ 3. OBSERVATIONS / PRÉCISIONS</w:t>
      </w:r>
    </w:p>
    <w:tbl>
      <w:tblPr>
        <w:tblW w:w="0" w:type="auto"/>
        <w:jc w:val="center"/>
        <w:tblBorders>
          <w:top w:val="single" w:sz="5" w:space="0" w:color="D7E0EA"/>
          <w:left w:val="single" w:sz="5" w:space="0" w:color="D7E0EA"/>
          <w:bottom w:val="single" w:sz="5" w:space="0" w:color="D7E0EA"/>
          <w:right w:val="single" w:sz="5" w:space="0" w:color="D7E0EA"/>
          <w:insideH w:val="single" w:sz="5" w:space="0" w:color="D7E0EA"/>
          <w:insideV w:val="single" w:sz="5" w:space="0" w:color="D7E0EA"/>
        </w:tblBorders>
        <w:tblLook w:val="04A0" w:firstRow="1" w:lastRow="0" w:firstColumn="1" w:lastColumn="0" w:noHBand="0" w:noVBand="1"/>
      </w:tblPr>
      <w:tblGrid>
        <w:gridCol w:w="10698"/>
      </w:tblGrid>
      <w:tr w:rsidR="009C76D8" w14:paraId="1EACD1C9" w14:textId="77777777" w:rsidTr="00951647">
        <w:trPr>
          <w:trHeight w:val="455"/>
          <w:jc w:val="center"/>
        </w:trPr>
        <w:tc>
          <w:tcPr>
            <w:tcW w:w="10710" w:type="dxa"/>
            <w:shd w:val="clear" w:color="auto" w:fill="F8FA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5D91BE" w14:textId="77777777" w:rsidR="009C76D8" w:rsidRDefault="00000000">
            <w:pPr>
              <w:spacing w:after="0"/>
            </w:pPr>
            <w:r>
              <w:rPr>
                <w:color w:val="1F2937"/>
                <w:sz w:val="16"/>
              </w:rPr>
              <w:br/>
            </w:r>
            <w:r>
              <w:rPr>
                <w:color w:val="1F2937"/>
                <w:sz w:val="16"/>
              </w:rPr>
              <w:br/>
            </w:r>
          </w:p>
        </w:tc>
      </w:tr>
    </w:tbl>
    <w:p w14:paraId="66F8C27E" w14:textId="77777777" w:rsidR="009C76D8" w:rsidRDefault="00000000">
      <w:pPr>
        <w:spacing w:before="140" w:after="0"/>
      </w:pPr>
      <w:r>
        <w:rPr>
          <w:b/>
          <w:color w:val="475569"/>
          <w:sz w:val="15"/>
        </w:rPr>
        <w:t>DOCUMENT À RETOURNER COMPLÉTÉ, AVEC LES PIÈCES JOINTES SI NÉCESSAIRE</w:t>
      </w:r>
    </w:p>
    <w:p w14:paraId="0076C45E" w14:textId="5340233C" w:rsidR="00951647" w:rsidRPr="00951647" w:rsidRDefault="00951647" w:rsidP="00951647">
      <w:pPr>
        <w:spacing w:after="0"/>
        <w:rPr>
          <w:color w:val="1F4E79"/>
          <w:sz w:val="15"/>
        </w:rPr>
      </w:pPr>
      <w:r>
        <w:rPr>
          <w:color w:val="1F4E79"/>
          <w:sz w:val="15"/>
        </w:rPr>
        <w:t xml:space="preserve">jerome.martin@barneville-carteret.fr </w:t>
      </w:r>
      <w:proofErr w:type="gramStart"/>
      <w:r>
        <w:rPr>
          <w:color w:val="1F4E79"/>
          <w:sz w:val="15"/>
        </w:rPr>
        <w:t>•</w:t>
      </w:r>
      <w:r w:rsidR="00000000">
        <w:rPr>
          <w:color w:val="1F4E79"/>
          <w:sz w:val="15"/>
        </w:rPr>
        <w:t xml:space="preserve">  </w:t>
      </w:r>
      <w:r>
        <w:rPr>
          <w:color w:val="1F4E79"/>
          <w:sz w:val="15"/>
        </w:rPr>
        <w:t>m</w:t>
      </w:r>
      <w:r w:rsidR="00000000">
        <w:rPr>
          <w:color w:val="1F4E79"/>
          <w:sz w:val="15"/>
        </w:rPr>
        <w:t>aud.buisson@barneville-carteret.fr</w:t>
      </w:r>
      <w:proofErr w:type="gramEnd"/>
    </w:p>
    <w:p w14:paraId="375041CA" w14:textId="77777777" w:rsidR="00951647" w:rsidRPr="00951647" w:rsidRDefault="00951647" w:rsidP="00951647"/>
    <w:p w14:paraId="0A7409C0" w14:textId="20A6B2D7" w:rsidR="00951647" w:rsidRPr="00951647" w:rsidRDefault="00951647" w:rsidP="00951647">
      <w:pPr>
        <w:tabs>
          <w:tab w:val="left" w:pos="4245"/>
        </w:tabs>
      </w:pPr>
      <w:r>
        <w:tab/>
      </w:r>
    </w:p>
    <w:sectPr w:rsidR="00951647" w:rsidRPr="00951647" w:rsidSect="00034616">
      <w:headerReference w:type="default" r:id="rId8"/>
      <w:pgSz w:w="12240" w:h="15840"/>
      <w:pgMar w:top="709" w:right="765" w:bottom="652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202FA" w14:textId="77777777" w:rsidR="00686B7D" w:rsidRDefault="00686B7D">
      <w:pPr>
        <w:spacing w:after="0" w:line="240" w:lineRule="auto"/>
      </w:pPr>
      <w:r>
        <w:separator/>
      </w:r>
    </w:p>
  </w:endnote>
  <w:endnote w:type="continuationSeparator" w:id="0">
    <w:p w14:paraId="46309136" w14:textId="77777777" w:rsidR="00686B7D" w:rsidRDefault="00686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852CA" w14:textId="77777777" w:rsidR="00686B7D" w:rsidRDefault="00686B7D">
      <w:pPr>
        <w:spacing w:after="0" w:line="240" w:lineRule="auto"/>
      </w:pPr>
      <w:r>
        <w:separator/>
      </w:r>
    </w:p>
  </w:footnote>
  <w:footnote w:type="continuationSeparator" w:id="0">
    <w:p w14:paraId="1CEFD3EF" w14:textId="77777777" w:rsidR="00686B7D" w:rsidRDefault="00686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69832" w14:textId="19D5276B" w:rsidR="009C76D8" w:rsidRDefault="00951647" w:rsidP="00951647">
    <w:pPr>
      <w:pStyle w:val="En-tte"/>
    </w:pPr>
    <w:r>
      <w:rPr>
        <w:b/>
        <w:noProof/>
        <w:color w:val="64748B"/>
        <w:sz w:val="15"/>
      </w:rPr>
      <w:drawing>
        <wp:inline distT="0" distB="0" distL="0" distR="0" wp14:anchorId="795F0C09" wp14:editId="22EC031D">
          <wp:extent cx="620387" cy="647700"/>
          <wp:effectExtent l="0" t="0" r="8890" b="0"/>
          <wp:docPr id="9812805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464" cy="656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9428398">
    <w:abstractNumId w:val="8"/>
  </w:num>
  <w:num w:numId="2" w16cid:durableId="424424947">
    <w:abstractNumId w:val="6"/>
  </w:num>
  <w:num w:numId="3" w16cid:durableId="367032489">
    <w:abstractNumId w:val="5"/>
  </w:num>
  <w:num w:numId="4" w16cid:durableId="1156605434">
    <w:abstractNumId w:val="4"/>
  </w:num>
  <w:num w:numId="5" w16cid:durableId="249390338">
    <w:abstractNumId w:val="7"/>
  </w:num>
  <w:num w:numId="6" w16cid:durableId="773985747">
    <w:abstractNumId w:val="3"/>
  </w:num>
  <w:num w:numId="7" w16cid:durableId="1405300056">
    <w:abstractNumId w:val="2"/>
  </w:num>
  <w:num w:numId="8" w16cid:durableId="1154222161">
    <w:abstractNumId w:val="1"/>
  </w:num>
  <w:num w:numId="9" w16cid:durableId="1809009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6C9"/>
    <w:rsid w:val="0015074B"/>
    <w:rsid w:val="0029639D"/>
    <w:rsid w:val="00326F90"/>
    <w:rsid w:val="00686B7D"/>
    <w:rsid w:val="009122CC"/>
    <w:rsid w:val="00951647"/>
    <w:rsid w:val="009C76D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0F3FC4"/>
  <w14:defaultImageDpi w14:val="300"/>
  <w15:docId w15:val="{267895F0-34C2-4F98-BB39-A204256A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Cyrille PAIN</cp:lastModifiedBy>
  <cp:revision>2</cp:revision>
  <dcterms:created xsi:type="dcterms:W3CDTF">2026-09-02T07:53:00Z</dcterms:created>
  <dcterms:modified xsi:type="dcterms:W3CDTF">2026-09-02T07:53:00Z</dcterms:modified>
  <cp:category/>
</cp:coreProperties>
</file>